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RICARDO SERAFIN AVALOS</w:t>
      </w:r>
    </w:p>
    <w:p>
      <w:pPr>
        <w:jc w:val="center"/>
      </w:pPr>
      <w:r>
        <w:t>Toledo, IA | (309) 716-0588 | Ricardoavalos14@icloud.com</w:t>
        <w:br/>
        <w:t>Portfolio: https://serafin209.github.io/ricardoavalos.github.io/</w:t>
      </w:r>
    </w:p>
    <w:p>
      <w:pPr>
        <w:pStyle w:val="Heading2"/>
      </w:pPr>
      <w:r>
        <w:t>PROFESSIONAL SUMMARY</w:t>
      </w:r>
    </w:p>
    <w:p>
      <w:r>
        <w:t>Results-driven operations and technology professional with more than five years of leadership experience at Amazon leading high-volume fulfillment operations, process improvement initiatives, and cross-functional projects. Proven ability to analyze operational data, optimize workflows, improve KPIs, and collaborate with Software Development Engineers (SDEs), IT, and business stakeholders. Technical background includes Python, Java, SQL, Excel, front-end development, and cybersecurity. Seeking opportunities in Data Analytics, Supply Chain, Business Analysis, Technical Program Management, or Cybersecurity where leadership and analytical skills can drive measurable business results.</w:t>
      </w:r>
    </w:p>
    <w:p>
      <w:pPr>
        <w:pStyle w:val="Heading2"/>
      </w:pPr>
      <w:r>
        <w:t>CORE COMPETENCIES</w:t>
      </w:r>
    </w:p>
    <w:p>
      <w:pPr>
        <w:pStyle w:val="ListBullet"/>
      </w:pPr>
      <w:r>
        <w:t>Data Analysis</w:t>
      </w:r>
    </w:p>
    <w:p>
      <w:pPr>
        <w:pStyle w:val="ListBullet"/>
      </w:pPr>
      <w:r>
        <w:t>Business Analysis</w:t>
      </w:r>
    </w:p>
    <w:p>
      <w:pPr>
        <w:pStyle w:val="ListBullet"/>
      </w:pPr>
      <w:r>
        <w:t>Supply Chain Management</w:t>
      </w:r>
    </w:p>
    <w:p>
      <w:pPr>
        <w:pStyle w:val="ListBullet"/>
      </w:pPr>
      <w:r>
        <w:t>Operational Analytics</w:t>
      </w:r>
    </w:p>
    <w:p>
      <w:pPr>
        <w:pStyle w:val="ListBullet"/>
      </w:pPr>
      <w:r>
        <w:t>KPI Reporting</w:t>
      </w:r>
    </w:p>
    <w:p>
      <w:pPr>
        <w:pStyle w:val="ListBullet"/>
      </w:pPr>
      <w:r>
        <w:t>Process Improvement</w:t>
      </w:r>
    </w:p>
    <w:p>
      <w:pPr>
        <w:pStyle w:val="ListBullet"/>
      </w:pPr>
      <w:r>
        <w:t>Root Cause Analysis</w:t>
      </w:r>
    </w:p>
    <w:p>
      <w:pPr>
        <w:pStyle w:val="ListBullet"/>
      </w:pPr>
      <w:r>
        <w:t>Inventory Management</w:t>
      </w:r>
    </w:p>
    <w:p>
      <w:pPr>
        <w:pStyle w:val="ListBullet"/>
      </w:pPr>
      <w:r>
        <w:t>Microsoft Excel (Pivot Tables, VLOOKUP/XLOOKUP)</w:t>
      </w:r>
    </w:p>
    <w:p>
      <w:pPr>
        <w:pStyle w:val="ListBullet"/>
      </w:pPr>
      <w:r>
        <w:t>SQL</w:t>
      </w:r>
    </w:p>
    <w:p>
      <w:pPr>
        <w:pStyle w:val="ListBullet"/>
      </w:pPr>
      <w:r>
        <w:t>Python</w:t>
      </w:r>
    </w:p>
    <w:p>
      <w:pPr>
        <w:pStyle w:val="ListBullet"/>
      </w:pPr>
      <w:r>
        <w:t>Java</w:t>
      </w:r>
    </w:p>
    <w:p>
      <w:pPr>
        <w:pStyle w:val="ListBullet"/>
      </w:pPr>
      <w:r>
        <w:t>Cross-Functional Leadership</w:t>
      </w:r>
    </w:p>
    <w:p>
      <w:pPr>
        <w:pStyle w:val="ListBullet"/>
      </w:pPr>
      <w:r>
        <w:t>Warehouse Management Systems (WMS)</w:t>
      </w:r>
    </w:p>
    <w:p>
      <w:pPr>
        <w:pStyle w:val="ListBullet"/>
      </w:pPr>
      <w:r>
        <w:t>Cybersecurity Fundamentals</w:t>
      </w:r>
    </w:p>
    <w:p>
      <w:pPr>
        <w:pStyle w:val="ListBullet"/>
      </w:pPr>
      <w:r>
        <w:t>Risk Assessment</w:t>
      </w:r>
    </w:p>
    <w:p>
      <w:pPr>
        <w:pStyle w:val="ListBullet"/>
      </w:pPr>
      <w:r>
        <w:t>Technical Documentation</w:t>
      </w:r>
    </w:p>
    <w:p>
      <w:pPr>
        <w:pStyle w:val="ListBullet"/>
      </w:pPr>
      <w:r>
        <w:t>Git &amp; GitHub</w:t>
      </w:r>
    </w:p>
    <w:p>
      <w:pPr>
        <w:pStyle w:val="Heading2"/>
      </w:pPr>
      <w:r>
        <w:t>TECHNICAL SKILLS</w:t>
      </w:r>
    </w:p>
    <w:p>
      <w:pPr>
        <w:pStyle w:val="ListBullet"/>
      </w:pPr>
      <w:r>
        <w:rPr>
          <w:b/>
        </w:rPr>
        <w:t xml:space="preserve">Programming: </w:t>
      </w:r>
      <w:r>
        <w:t>Python, Java, SQL, HTML5, CSS3, JavaScript</w:t>
      </w:r>
    </w:p>
    <w:p>
      <w:pPr>
        <w:pStyle w:val="ListBullet"/>
      </w:pPr>
      <w:r>
        <w:rPr>
          <w:b/>
        </w:rPr>
        <w:t xml:space="preserve">Analytics: </w:t>
      </w:r>
      <w:r>
        <w:t>Excel, KPI Reporting, Dashboard Development, Forecasting, Data Visualization</w:t>
      </w:r>
    </w:p>
    <w:p>
      <w:pPr>
        <w:pStyle w:val="ListBullet"/>
      </w:pPr>
      <w:r>
        <w:rPr>
          <w:b/>
        </w:rPr>
        <w:t xml:space="preserve">Cybersecurity: </w:t>
      </w:r>
      <w:r>
        <w:t>IAM, RBAC, ABAC, Zero Trust, Defense in Depth, SIEM Concepts, MFA, Threat Modeling</w:t>
      </w:r>
    </w:p>
    <w:p>
      <w:pPr>
        <w:pStyle w:val="ListBullet"/>
      </w:pPr>
      <w:r>
        <w:rPr>
          <w:b/>
        </w:rPr>
        <w:t xml:space="preserve">Tools: </w:t>
      </w:r>
      <w:r>
        <w:t>Git, GitHub, VS Code, Microsoft Office</w:t>
      </w:r>
    </w:p>
    <w:p>
      <w:pPr>
        <w:pStyle w:val="Heading2"/>
      </w:pPr>
      <w:r>
        <w:t>PROFESSIONAL EXPERIENCE</w:t>
      </w:r>
    </w:p>
    <w:p>
      <w:pPr>
        <w:pStyle w:val="Heading3"/>
      </w:pPr>
      <w:r>
        <w:t>Amazon.com | Area Manager I</w:t>
      </w:r>
    </w:p>
    <w:p>
      <w:r>
        <w:t>August 2025 – Present</w:t>
      </w:r>
    </w:p>
    <w:p>
      <w:pPr>
        <w:pStyle w:val="ListBullet"/>
      </w:pPr>
      <w:r>
        <w:t>Lead inbound operations processing 15,000–30,000 units per shift while achieving productivity, safety, and quality goals.</w:t>
      </w:r>
    </w:p>
    <w:p>
      <w:pPr>
        <w:pStyle w:val="ListBullet"/>
      </w:pPr>
      <w:r>
        <w:t>Analyze KPIs and operational metrics to improve labor allocation, increasing stow productivity by 16%.</w:t>
      </w:r>
    </w:p>
    <w:p>
      <w:pPr>
        <w:pStyle w:val="ListBullet"/>
      </w:pPr>
      <w:r>
        <w:t>Reduced dock-to-stock cycle time by 20% through workflow optimization and standardized processes.</w:t>
      </w:r>
    </w:p>
    <w:p>
      <w:pPr>
        <w:pStyle w:val="ListBullet"/>
      </w:pPr>
      <w:r>
        <w:t>Partner with Software Development Engineers (SDEs), IT, RME, and Central Flow teams to improve systems and operational performance.</w:t>
      </w:r>
    </w:p>
    <w:p>
      <w:pPr>
        <w:pStyle w:val="ListBullet"/>
      </w:pPr>
      <w:r>
        <w:t>Train and mentor more than 50 associates while driving continuous improvement initiatives.</w:t>
      </w:r>
    </w:p>
    <w:p>
      <w:pPr>
        <w:pStyle w:val="Heading3"/>
      </w:pPr>
      <w:r>
        <w:t>Amazon.com | Process Assistant</w:t>
      </w:r>
    </w:p>
    <w:p>
      <w:r>
        <w:t>November 2020 – August 2025</w:t>
      </w:r>
    </w:p>
    <w:p>
      <w:pPr>
        <w:pStyle w:val="ListBullet"/>
      </w:pPr>
      <w:r>
        <w:t>Collaborated with SDEs to troubleshoot operational tools, reducing drive dwell time by 22%.</w:t>
      </w:r>
    </w:p>
    <w:p>
      <w:pPr>
        <w:pStyle w:val="ListBullet"/>
      </w:pPr>
      <w:r>
        <w:t>Performed operational deep dives and root cause analysis to improve package routing and reduce defects.</w:t>
      </w:r>
    </w:p>
    <w:p>
      <w:pPr>
        <w:pStyle w:val="ListBullet"/>
      </w:pPr>
      <w:r>
        <w:t>Created standardized inbound templates increasing unload productivity by 57 units per hour.</w:t>
      </w:r>
    </w:p>
    <w:p>
      <w:pPr>
        <w:pStyle w:val="ListBullet"/>
      </w:pPr>
      <w:r>
        <w:t>Reduced One Flow defects from 8% to 3% and Problem Solve backlog from 12% to 2–3%.</w:t>
      </w:r>
    </w:p>
    <w:p>
      <w:pPr>
        <w:pStyle w:val="ListBullet"/>
      </w:pPr>
      <w:r>
        <w:t>Led onboarding and technical training for Process Assistants and Shift Coordinators.</w:t>
      </w:r>
    </w:p>
    <w:p>
      <w:pPr>
        <w:pStyle w:val="Heading3"/>
      </w:pPr>
      <w:r>
        <w:t>Boot Barn | Sales Associate</w:t>
      </w:r>
    </w:p>
    <w:p>
      <w:r>
        <w:t>May 2019 – April 2020</w:t>
      </w:r>
    </w:p>
    <w:p>
      <w:pPr>
        <w:pStyle w:val="ListBullet"/>
      </w:pPr>
      <w:r>
        <w:t>Supported inventory management, merchandising, and customer service while analyzing product demand and inventory organization.</w:t>
      </w:r>
    </w:p>
    <w:p>
      <w:pPr>
        <w:pStyle w:val="Heading2"/>
      </w:pPr>
      <w:r>
        <w:t>TECHNICAL &amp; PROFESSIONAL PROJECTS</w:t>
      </w:r>
    </w:p>
    <w:p>
      <w:r>
        <w:rPr>
          <w:b/>
        </w:rPr>
        <w:t>Amazon Operations Analytics</w:t>
      </w:r>
      <w:r>
        <w:br/>
        <w:t>Used Excel Pivot Tables to analyze quality defects, robotics lane utilization, and warehouse KPIs to improve operational efficiency.</w:t>
      </w:r>
    </w:p>
    <w:p>
      <w:r>
        <w:rPr>
          <w:b/>
        </w:rPr>
        <w:t>Excel KPI Dashboard</w:t>
      </w:r>
      <w:r>
        <w:br/>
        <w:t>Created KPI reporting dashboards supporting leadership decision-making and labor planning.</w:t>
      </w:r>
    </w:p>
    <w:p>
      <w:r>
        <w:rPr>
          <w:b/>
        </w:rPr>
        <w:t>SQL Analytics Portfolio</w:t>
      </w:r>
      <w:r>
        <w:br/>
        <w:t>Developed SQL queries for joins, filtering, aggregation, and reporting using business datasets.</w:t>
      </w:r>
    </w:p>
    <w:p>
      <w:r>
        <w:rPr>
          <w:b/>
        </w:rPr>
        <w:t>Harry Potter Adventure Game (Python)</w:t>
      </w:r>
      <w:r>
        <w:br/>
        <w:t>Developed a text-based game using dictionaries, functions, loops, and conditional logic.</w:t>
      </w:r>
    </w:p>
    <w:p>
      <w:r>
        <w:rPr>
          <w:b/>
        </w:rPr>
        <w:t>Pet Boarding Management System (Java)</w:t>
      </w:r>
      <w:r>
        <w:br/>
        <w:t>Designed an object-oriented Java application using classes, encapsulation, and business logic.</w:t>
      </w:r>
    </w:p>
    <w:p>
      <w:r>
        <w:rPr>
          <w:b/>
        </w:rPr>
        <w:t>Enterprise Cybersecurity Risk Assessment</w:t>
      </w:r>
      <w:r>
        <w:br/>
        <w:t>Performed a simulated enterprise security assessment and recommended RBAC, MFA, encryption, and Defense in Depth.</w:t>
      </w:r>
    </w:p>
    <w:p>
      <w:r>
        <w:rPr>
          <w:b/>
        </w:rPr>
        <w:t>Healthcare Security Architecture</w:t>
      </w:r>
      <w:r>
        <w:br/>
        <w:t>Designed IAM and Zero Trust recommendations using CIS Controls for a healthcare environment.</w:t>
      </w:r>
    </w:p>
    <w:p>
      <w:r>
        <w:rPr>
          <w:b/>
        </w:rPr>
        <w:t>Cyber Defense Strategy</w:t>
      </w:r>
      <w:r>
        <w:br/>
        <w:t>Evaluated endpoint security, MDM, phishing mitigation, encryption, and AI-assisted threat detection.</w:t>
      </w:r>
    </w:p>
    <w:p>
      <w:pPr>
        <w:pStyle w:val="Heading2"/>
      </w:pPr>
      <w:r>
        <w:t>EDUCATION &amp; CERTIFICATIONS</w:t>
      </w:r>
    </w:p>
    <w:p>
      <w:r>
        <w:t>Southern New Hampshire University</w:t>
        <w:br/>
        <w:t>Certificate – Cybersecurity</w:t>
      </w:r>
    </w:p>
    <w:p>
      <w:r>
        <w:t>Kenzie Academy</w:t>
        <w:br/>
        <w:t>Certificate – Front-End Web Development</w:t>
      </w:r>
    </w:p>
    <w:p>
      <w:pPr>
        <w:pStyle w:val="Heading2"/>
      </w:pPr>
      <w:r>
        <w:t>LANGUAGES</w:t>
      </w:r>
    </w:p>
    <w:p>
      <w:r>
        <w:t>English | Spanish</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